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نموذج سيرة ذاتية لموظف إداري</w:t>
      </w:r>
    </w:p>
    <w:p>
      <w:pPr>
        <w:pStyle w:val="Heading2"/>
      </w:pPr>
      <w:r>
        <w:t>المعلومات الشخصية</w:t>
      </w:r>
    </w:p>
    <w:p>
      <w:r>
        <w:t>الاسم: ....................................................</w:t>
      </w:r>
    </w:p>
    <w:p>
      <w:r>
        <w:t>رقم الجوال: ............................................</w:t>
      </w:r>
    </w:p>
    <w:p>
      <w:r>
        <w:t>البريد الإلكتروني: .....................................</w:t>
      </w:r>
    </w:p>
    <w:p>
      <w:r>
        <w:t>المدينة: ..................................................</w:t>
      </w:r>
    </w:p>
    <w:p>
      <w:pPr>
        <w:pStyle w:val="Heading2"/>
      </w:pPr>
      <w:r>
        <w:t>الهدف المهني</w:t>
      </w:r>
    </w:p>
    <w:p>
      <w:r>
        <w:t>أسعى للحصول على وظيفة إدارية في بيئة عمل احترافية تمكنني من توظيف مهاراتي في التنظيم والتنسيق والمساهمة في تطوير العمل الإداري.</w:t>
      </w:r>
    </w:p>
    <w:p>
      <w:pPr>
        <w:pStyle w:val="Heading2"/>
      </w:pPr>
      <w:r>
        <w:t>المؤهلات العلمية</w:t>
      </w:r>
    </w:p>
    <w:p>
      <w:r>
        <w:t>بكالوريوس إدارة أعمال – جامعة .............................. – سنة التخرج: ...........</w:t>
      </w:r>
    </w:p>
    <w:p>
      <w:pPr>
        <w:pStyle w:val="Heading2"/>
      </w:pPr>
      <w:r>
        <w:t>الخبرات العملية</w:t>
      </w:r>
    </w:p>
    <w:p>
      <w:r>
        <w:t>الوظيفة: ....................................................</w:t>
      </w:r>
    </w:p>
    <w:p>
      <w:r>
        <w:t>اسم الجهة: .................................................</w:t>
      </w:r>
    </w:p>
    <w:p>
      <w:r>
        <w:t>الفترة: من ....... إلى .......</w:t>
      </w:r>
    </w:p>
    <w:p>
      <w:r>
        <w:t>المهام والمسؤوليات:</w:t>
      </w:r>
    </w:p>
    <w:p>
      <w:r>
        <w:t>- ............................................................</w:t>
      </w:r>
    </w:p>
    <w:p>
      <w:r>
        <w:t>- ............................................................</w:t>
      </w:r>
    </w:p>
    <w:p>
      <w:r>
        <w:t>- ............................................................</w:t>
      </w:r>
    </w:p>
    <w:p>
      <w:pPr>
        <w:pStyle w:val="Heading2"/>
      </w:pPr>
      <w:r>
        <w:t>المهارات</w:t>
      </w:r>
    </w:p>
    <w:p>
      <w:r>
        <w:t>- إجادة استخدام برامج Microsoft Office (Word - Excel - PowerPoint)</w:t>
      </w:r>
    </w:p>
    <w:p>
      <w:r>
        <w:t>- إدارة الوقت وتنظيم المهام اليومية</w:t>
      </w:r>
    </w:p>
    <w:p>
      <w:r>
        <w:t>- مهارات تواصل فعالة مع الزملاء والعملاء</w:t>
      </w:r>
    </w:p>
    <w:p>
      <w:r>
        <w:t>- القدرة على حل المشكلات واتخاذ القرارات بسرعة</w:t>
      </w:r>
    </w:p>
    <w:p>
      <w:r>
        <w:t>- العمل بروح الفريق وتحمل ضغط العمل</w:t>
      </w:r>
    </w:p>
    <w:p>
      <w:pPr>
        <w:pStyle w:val="Heading2"/>
      </w:pPr>
      <w:r>
        <w:t>الدورات التدريبية</w:t>
      </w:r>
    </w:p>
    <w:p>
      <w:r>
        <w:t>- ............................................................</w:t>
      </w:r>
    </w:p>
    <w:p>
      <w:r>
        <w:t>- ............................................................</w:t>
      </w:r>
    </w:p>
    <w:p>
      <w:pPr>
        <w:pStyle w:val="Heading2"/>
      </w:pPr>
      <w:r>
        <w:t>اللغات</w:t>
      </w:r>
    </w:p>
    <w:p>
      <w:r>
        <w:t>العربية: اللغة الأم</w:t>
      </w:r>
    </w:p>
    <w:p>
      <w:r>
        <w:t>الإنجليزية: ..................................................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